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7365D"/>
          <w:left w:val="single" w:sz="8" w:color="17365D"/>
          <w:bottom w:val="single" w:sz="8" w:color="17365D"/>
          <w:right w:val="single" w:sz="8" w:color="17365D"/>
          <w:insideH w:val="single" w:sz="8" w:color="17365D"/>
          <w:insideV w:val="single" w:sz="8" w:color="17365D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4873"/>
        <w:gridCol w:w="4873"/>
      </w:tblGrid>
      <w:tr>
        <w:tc>
          <w:tcPr>
            <w:tcW w:type="dxa" w:w="4873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JM</w:t>
            </w:r>
          </w:p>
        </w:tc>
        <w:tc>
          <w:tcPr>
            <w:tcW w:type="dxa" w:w="4873"/>
            <w:vAlign w:val="center"/>
            <w:shd w:fill="17365D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J-MESA</w:t>
              <w:br/>
              <w:t>Journal of Management, Entrepreneurship and Social Advancement</w:t>
            </w:r>
          </w:p>
        </w:tc>
      </w:tr>
    </w:tbl>
    <w:p>
      <w:pPr>
        <w:jc w:val="center"/>
      </w:pPr>
      <w:r>
        <w:rPr>
          <w:rFonts w:ascii="Aptos" w:hAnsi="Aptos"/>
          <w:color w:val="5B6573"/>
          <w:sz w:val="17"/>
        </w:rPr>
        <w:t>ISSN: [E-ISSN TO BE ASSIGNED]    •    DOI: https://doi.org/[DOI]    •    Volume X, Issue X, YYYY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ARTICLE TEMPLATE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OPEN ACCESS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DOUBLE-BLIND PEER REVIEW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APA 7TH</w:t>
            </w:r>
          </w:p>
        </w:tc>
      </w:tr>
    </w:tbl>
    <w:p/>
    <w:p>
      <w:pPr>
        <w:jc w:val="center"/>
      </w:pPr>
      <w:r>
        <w:rPr>
          <w:rFonts w:ascii="Aptos" w:hAnsi="Aptos"/>
          <w:b/>
          <w:color w:val="5B6573"/>
          <w:sz w:val="16"/>
        </w:rPr>
        <w:t>INTERNATIONAL PEER-REVIEWED • FULLY OPEN ACCESS • MANAGEMENT &amp; SOCIAL ADVANCEMENT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ARTICLE TITLE</w:t>
      </w:r>
    </w:p>
    <w:p>
      <w:r>
        <w:rPr>
          <w:rFonts w:ascii="Times New Roman" w:hAnsi="Times New Roman"/>
          <w:b w:val="0"/>
          <w:i/>
          <w:color w:val="5B6573"/>
          <w:sz w:val="22"/>
        </w:rPr>
        <w:t>[Insert a concise, informative, and specific article title. Recommended: 12–18 words.]</w:t>
      </w:r>
    </w:p>
    <w:p>
      <w:pPr>
        <w:jc w:val="center"/>
      </w:pPr>
      <w:r>
        <w:rPr>
          <w:rFonts w:ascii="Times New Roman" w:hAnsi="Times New Roman"/>
          <w:b/>
          <w:i/>
          <w:color w:val="5B6573"/>
          <w:sz w:val="22"/>
        </w:rPr>
        <w:t>[Author One]¹*, [Author Two]², [Author Three]³</w:t>
      </w:r>
    </w:p>
    <w:p>
      <w:r>
        <w:rPr>
          <w:rFonts w:ascii="Times New Roman" w:hAnsi="Times New Roman"/>
          <w:b w:val="0"/>
          <w:sz w:val="22"/>
        </w:rPr>
        <w:t>¹ Department/Program, Faculty, University/Institution, City, Country</w:t>
        <w:br/>
        <w:t>² Department/Program, Faculty, University/Institution, City, Country</w:t>
        <w:br/>
        <w:t>³ Department/Program, Faculty, University/Institution, City, Country</w:t>
      </w:r>
    </w:p>
    <w:p>
      <w:r>
        <w:rPr>
          <w:rFonts w:ascii="Times New Roman" w:hAnsi="Times New Roman"/>
          <w:b w:val="0"/>
          <w:sz w:val="22"/>
        </w:rPr>
        <w:t>*Corresponding author: author.email@institution.edu</w:t>
        <w:br/>
        <w:t>ORCID: https://orcid.org/0000-0000-0000-0000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17365D"/>
          <w:left w:val="single" w:sz="5" w:color="17365D"/>
          <w:bottom w:val="single" w:sz="5" w:color="17365D"/>
          <w:right w:val="single" w:sz="5" w:color="17365D"/>
          <w:insideH w:val="single" w:sz="5" w:color="17365D"/>
          <w:insideV w:val="single" w:sz="5" w:color="17365D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RECEIVED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REVISED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ACCEPTED</w:t>
            </w:r>
          </w:p>
        </w:tc>
        <w:tc>
          <w:tcPr>
            <w:tcW w:type="dxa" w:w="2436"/>
            <w:vAlign w:val="center"/>
            <w:shd w:fill="17365D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PUBLISHED</w:t>
            </w:r>
          </w:p>
        </w:tc>
      </w:tr>
      <w:tr>
        <w:tc>
          <w:tcPr>
            <w:tcW w:type="dxa" w:w="2436"/>
            <w:vAlign w:val="center"/>
            <w:shd w:fill="F6F9FA"/>
          </w:tcPr>
          <w:p>
            <w:pPr>
              <w:jc w:val="center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color w:val="222222"/>
                <w:sz w:val="17"/>
              </w:rPr>
              <w:t>DD Month YYYY</w:t>
            </w:r>
          </w:p>
        </w:tc>
        <w:tc>
          <w:tcPr>
            <w:tcW w:type="dxa" w:w="2436"/>
            <w:vAlign w:val="center"/>
            <w:shd w:fill="F6F9FA"/>
          </w:tcPr>
          <w:p>
            <w:pPr>
              <w:jc w:val="center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color w:val="222222"/>
                <w:sz w:val="17"/>
              </w:rPr>
              <w:t>DD Month YYYY</w:t>
            </w:r>
          </w:p>
        </w:tc>
        <w:tc>
          <w:tcPr>
            <w:tcW w:type="dxa" w:w="2436"/>
            <w:vAlign w:val="center"/>
            <w:shd w:fill="F6F9FA"/>
          </w:tcPr>
          <w:p>
            <w:pPr>
              <w:jc w:val="center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color w:val="222222"/>
                <w:sz w:val="17"/>
              </w:rPr>
              <w:t>DD Month YYYY</w:t>
            </w:r>
          </w:p>
        </w:tc>
        <w:tc>
          <w:tcPr>
            <w:tcW w:type="dxa" w:w="2436"/>
            <w:vAlign w:val="center"/>
            <w:shd w:fill="F6F9FA"/>
          </w:tcPr>
          <w:p>
            <w:pPr>
              <w:jc w:val="center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color w:val="222222"/>
                <w:sz w:val="17"/>
              </w:rPr>
              <w:t>DD Month YYYY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167D8D"/>
          <w:left w:val="single" w:sz="5" w:color="167D8D"/>
          <w:bottom w:val="single" w:sz="5" w:color="167D8D"/>
          <w:right w:val="single" w:sz="5" w:color="167D8D"/>
          <w:insideH w:val="single" w:sz="5" w:color="167D8D"/>
          <w:insideV w:val="single" w:sz="5" w:color="167D8D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9746"/>
      </w:tblGrid>
      <w:tr>
        <w:tc>
          <w:tcPr>
            <w:tcW w:type="dxa" w:w="9746"/>
            <w:vAlign w:val="center"/>
            <w:shd w:fill="17365D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7"/>
              </w:rPr>
            </w:r>
            <w:r>
              <w:rPr>
                <w:rFonts w:ascii="Aptos" w:hAnsi="Aptos"/>
                <w:b/>
                <w:color w:val="FFFFFF"/>
                <w:sz w:val="17"/>
              </w:rPr>
              <w:t>Citation: Author, A. A., &amp; Author, B. B. (2026). Article title. J-MESA: Journal of Management, Entrepreneurship and Social Advancement, X(X), XX–XX. https://doi.org/[DOI]</w:t>
            </w:r>
          </w:p>
        </w:tc>
      </w:tr>
    </w:tbl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ABSTRACT</w:t>
      </w:r>
    </w:p>
    <w:p>
      <w:r>
        <w:rPr>
          <w:rFonts w:ascii="Times New Roman" w:hAnsi="Times New Roman"/>
          <w:b w:val="0"/>
          <w:sz w:val="22"/>
        </w:rPr>
        <w:t>The abstract should normally contain 200–250 words and be understandable without referring to the main text.</w:t>
      </w:r>
    </w:p>
    <w:p>
      <w:r>
        <w:rPr>
          <w:b/>
        </w:rPr>
        <w:t xml:space="preserve">Purpose: </w:t>
      </w:r>
      <w:r>
        <w:t>Briefly explain the research problem, objective, and purpose.</w:t>
      </w:r>
    </w:p>
    <w:p>
      <w:r>
        <w:rPr>
          <w:b/>
        </w:rPr>
        <w:t xml:space="preserve">Design/methodology/approach: </w:t>
      </w:r>
      <w:r>
        <w:t>Describe research design, population/sample, data collection, measurement, and principal analytical method.</w:t>
      </w:r>
    </w:p>
    <w:p>
      <w:r>
        <w:rPr>
          <w:b/>
        </w:rPr>
        <w:t xml:space="preserve">Findings: </w:t>
      </w:r>
      <w:r>
        <w:t>Present the principal findings and, where appropriate, key statistical indicators.</w:t>
      </w:r>
    </w:p>
    <w:p>
      <w:r>
        <w:rPr>
          <w:b/>
        </w:rPr>
        <w:t xml:space="preserve">Originality/value: </w:t>
      </w:r>
      <w:r>
        <w:t>Explain the main theoretical, methodological, practical, or originality contribution.</w:t>
      </w:r>
    </w:p>
    <w:p>
      <w:r>
        <w:rPr>
          <w:rFonts w:ascii="Times New Roman" w:hAnsi="Times New Roman"/>
          <w:b w:val="0"/>
          <w:i/>
          <w:color w:val="5B6573"/>
          <w:sz w:val="22"/>
        </w:rPr>
        <w:t>Keywords: Management; Entrepreneurship; Innovation; Sustainability; Social Advancement; [additional keyword]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1. INTRODUCTION</w:t>
      </w:r>
    </w:p>
    <w:p>
      <w:r>
        <w:rPr>
          <w:rFonts w:ascii="Times New Roman" w:hAnsi="Times New Roman"/>
          <w:b w:val="0"/>
          <w:sz w:val="22"/>
        </w:rPr>
        <w:t>Establish the research context and problem; identify a critical theoretical, empirical, methodological, or contextual gap; state the research objective/questions or hypotheses; introduce the theoretical perspective; and explain the study's contribution.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2. LITERATURE REVIEW</w:t>
      </w:r>
    </w:p>
    <w:p>
      <w:r>
        <w:rPr>
          <w:rFonts w:ascii="Times New Roman" w:hAnsi="Times New Roman"/>
          <w:b w:val="0"/>
          <w:sz w:val="22"/>
        </w:rPr>
        <w:t>Synthesize relevant and recent literature critically. Explain the theoretical foundation and the constructs/variables. Avoid merely listing definitions or studies.</w:t>
      </w:r>
    </w:p>
    <w:p>
      <w:pPr>
        <w:pStyle w:val="Heading1"/>
      </w:pPr>
      <w:r>
        <w:t>2.1 Theoretical Foundation</w:t>
      </w:r>
    </w:p>
    <w:p>
      <w:r>
        <w:rPr>
          <w:rFonts w:ascii="Times New Roman" w:hAnsi="Times New Roman"/>
          <w:b w:val="0"/>
          <w:sz w:val="22"/>
        </w:rPr>
        <w:t>Explain the theory and, importantly, how it explains the relationships or mechanisms investigated.</w:t>
      </w:r>
    </w:p>
    <w:p>
      <w:pPr>
        <w:pStyle w:val="Heading1"/>
      </w:pPr>
      <w:r>
        <w:rPr>
          <w:i/>
          <w:color w:val="5B6573"/>
        </w:rPr>
        <w:t>2.2 [Variable/Construct 1]</w:t>
      </w:r>
    </w:p>
    <w:p>
      <w:r>
        <w:rPr>
          <w:rFonts w:ascii="Times New Roman" w:hAnsi="Times New Roman"/>
          <w:b w:val="0"/>
          <w:sz w:val="22"/>
        </w:rPr>
        <w:t>Define and critically synthesize the construct, dimensions, determinants, and empirical evidence.</w:t>
      </w:r>
    </w:p>
    <w:p>
      <w:pPr>
        <w:pStyle w:val="Heading1"/>
      </w:pPr>
      <w:r>
        <w:rPr>
          <w:i/>
          <w:color w:val="5B6573"/>
        </w:rPr>
        <w:t>2.3 [Variable/Construct 2]</w:t>
      </w:r>
    </w:p>
    <w:p>
      <w:r>
        <w:rPr>
          <w:rFonts w:ascii="Times New Roman" w:hAnsi="Times New Roman"/>
          <w:b w:val="0"/>
          <w:sz w:val="22"/>
        </w:rPr>
        <w:t>Present relevant theoretical and empirical literature.</w:t>
      </w:r>
    </w:p>
    <w:p>
      <w:pPr>
        <w:pStyle w:val="Heading1"/>
      </w:pPr>
      <w:r>
        <w:rPr>
          <w:i/>
          <w:color w:val="5B6573"/>
        </w:rPr>
        <w:t>2.4 [Variable/Construct 3]</w:t>
      </w:r>
    </w:p>
    <w:p>
      <w:r>
        <w:rPr>
          <w:rFonts w:ascii="Times New Roman" w:hAnsi="Times New Roman"/>
          <w:b w:val="0"/>
          <w:sz w:val="22"/>
        </w:rPr>
        <w:t>Present relevant theoretical and empirical literature.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3. HYPOTHESIS DEVELOPMENT / RESEARCH PROPOSITIONS</w:t>
      </w:r>
    </w:p>
    <w:p>
      <w:r>
        <w:rPr>
          <w:rFonts w:ascii="Times New Roman" w:hAnsi="Times New Roman"/>
          <w:b w:val="0"/>
          <w:sz w:val="22"/>
        </w:rPr>
        <w:t>Build each relationship from theory → mechanism → empirical evidence → gap → hypothesis/proposition.</w:t>
      </w:r>
    </w:p>
    <w:p>
      <w:pPr>
        <w:pStyle w:val="Heading1"/>
      </w:pPr>
      <w:r>
        <w:rPr>
          <w:i/>
          <w:color w:val="5B6573"/>
        </w:rPr>
        <w:t>3.1 Relationship between [X] and [Y]</w:t>
      </w:r>
    </w:p>
    <w:p>
      <w:r>
        <w:rPr>
          <w:rFonts w:ascii="Times New Roman" w:hAnsi="Times New Roman"/>
          <w:b w:val="0"/>
          <w:i/>
          <w:color w:val="5B6573"/>
          <w:sz w:val="22"/>
        </w:rPr>
        <w:t>Develop the theoretical argument and supporting evidence.</w:t>
        <w:br/>
        <w:t>H1: [Variable X] has a significant positive/negative effect on [Variable Y].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4. METHODOLOGY</w:t>
      </w:r>
    </w:p>
    <w:p>
      <w:r>
        <w:rPr>
          <w:rFonts w:ascii="Times New Roman" w:hAnsi="Times New Roman"/>
          <w:b w:val="0"/>
          <w:sz w:val="22"/>
        </w:rPr>
        <w:t>Provide sufficient detail to evaluate rigor and reproducibility.</w:t>
      </w:r>
    </w:p>
    <w:p>
      <w:pPr>
        <w:pStyle w:val="Heading1"/>
      </w:pPr>
      <w:r>
        <w:t>4.1 Research Design</w:t>
      </w:r>
    </w:p>
    <w:p>
      <w:r>
        <w:rPr>
          <w:rFonts w:ascii="Times New Roman" w:hAnsi="Times New Roman"/>
          <w:b w:val="0"/>
          <w:sz w:val="22"/>
        </w:rPr>
        <w:t>Describe quantitative, qualitative, mixed-methods, experimental, cross-sectional, longitudinal, conceptual, or other design.</w:t>
      </w:r>
    </w:p>
    <w:p>
      <w:pPr>
        <w:pStyle w:val="Heading1"/>
      </w:pPr>
      <w:r>
        <w:t>4.2 Population and Sample</w:t>
      </w:r>
    </w:p>
    <w:p>
      <w:r>
        <w:rPr>
          <w:rFonts w:ascii="Times New Roman" w:hAnsi="Times New Roman"/>
          <w:b w:val="0"/>
          <w:sz w:val="22"/>
        </w:rPr>
        <w:t>Describe population, sampling frame, technique, sample size, inclusion/exclusion criteria, and sample-size justification/power analysis where applicable.</w:t>
      </w:r>
    </w:p>
    <w:p>
      <w:pPr>
        <w:pStyle w:val="Heading1"/>
      </w:pPr>
      <w:r>
        <w:t>4.3 Data Collection</w:t>
      </w:r>
    </w:p>
    <w:p>
      <w:r>
        <w:rPr>
          <w:rFonts w:ascii="Times New Roman" w:hAnsi="Times New Roman"/>
          <w:b w:val="0"/>
          <w:sz w:val="22"/>
        </w:rPr>
        <w:t>Explain data collection procedures, setting, period, instruments, and procedures.</w:t>
      </w:r>
    </w:p>
    <w:p>
      <w:pPr>
        <w:pStyle w:val="Heading1"/>
      </w:pPr>
      <w:r>
        <w:t>4.4 Measurement / Instrument</w:t>
      </w:r>
    </w:p>
    <w:p>
      <w:r>
        <w:rPr>
          <w:rFonts w:ascii="Times New Roman" w:hAnsi="Times New Roman"/>
          <w:b w:val="0"/>
          <w:sz w:val="22"/>
        </w:rPr>
        <w:t>Explain operationalization and sources of measurement scales; identify adaptations.</w:t>
      </w:r>
    </w:p>
    <w:p>
      <w:pPr>
        <w:pStyle w:val="Heading1"/>
      </w:pPr>
      <w:r>
        <w:t>4.5 Data Analysis</w:t>
      </w:r>
    </w:p>
    <w:p>
      <w:r>
        <w:rPr>
          <w:rFonts w:ascii="Times New Roman" w:hAnsi="Times New Roman"/>
          <w:b w:val="0"/>
          <w:sz w:val="22"/>
        </w:rPr>
        <w:t>Explain analytical procedures and software (e.g., SPSS, R, Stata, SmartPLS, AMOS, LISREL, NVivo).</w:t>
      </w:r>
    </w:p>
    <w:p>
      <w:pPr>
        <w:pStyle w:val="Heading1"/>
      </w:pPr>
      <w:r>
        <w:t>4.6 Ethical Considerations</w:t>
      </w:r>
    </w:p>
    <w:p>
      <w:r>
        <w:rPr>
          <w:rFonts w:ascii="Times New Roman" w:hAnsi="Times New Roman"/>
          <w:b w:val="0"/>
          <w:sz w:val="22"/>
        </w:rPr>
        <w:t>Where applicable, describe ethics approval, informed consent, confidentiality, anonymity, and safeguards.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5. RESULTS</w:t>
      </w:r>
    </w:p>
    <w:p>
      <w:r>
        <w:rPr>
          <w:rFonts w:ascii="Times New Roman" w:hAnsi="Times New Roman"/>
          <w:b w:val="0"/>
          <w:sz w:val="22"/>
        </w:rPr>
        <w:t>Present findings systematically and objectively without excessive interpretation.</w:t>
      </w:r>
    </w:p>
    <w:p>
      <w:pPr>
        <w:pStyle w:val="Heading2"/>
      </w:pPr>
      <w:r>
        <w:t>5.1 Respondent / Sample Characteristics</w:t>
      </w:r>
    </w:p>
    <w:p>
      <w:r>
        <w:rPr>
          <w:rFonts w:ascii="Times New Roman" w:hAnsi="Times New Roman"/>
          <w:b w:val="0"/>
          <w:sz w:val="22"/>
        </w:rPr>
        <w:t>Table 1. Characteristics of Respondents/Sample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Characteristics</w:t>
            </w:r>
          </w:p>
        </w:tc>
        <w:tc>
          <w:tcPr>
            <w:tcW w:type="dxa" w:w="235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235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Frequency</w:t>
            </w:r>
          </w:p>
        </w:tc>
        <w:tc>
          <w:tcPr>
            <w:tcW w:type="dxa" w:w="235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Percentage</w:t>
            </w:r>
          </w:p>
        </w:tc>
      </w:tr>
      <w:tr>
        <w:tc>
          <w:tcPr>
            <w:tcW w:type="dxa" w:w="2351"/>
          </w:tcPr>
          <w:p>
            <w:r>
              <w:rPr>
                <w:rFonts w:ascii="Aptos" w:hAnsi="Aptos"/>
                <w:sz w:val="17"/>
              </w:rPr>
              <w:t>[Characteristic]</w:t>
            </w:r>
          </w:p>
        </w:tc>
        <w:tc>
          <w:tcPr>
            <w:tcW w:type="dxa" w:w="2351"/>
          </w:tcPr>
          <w:p>
            <w:r>
              <w:rPr>
                <w:rFonts w:ascii="Aptos" w:hAnsi="Aptos"/>
                <w:sz w:val="17"/>
              </w:rPr>
              <w:t>[Category]</w:t>
            </w:r>
          </w:p>
        </w:tc>
        <w:tc>
          <w:tcPr>
            <w:tcW w:type="dxa" w:w="2351"/>
          </w:tcPr>
          <w:p>
            <w:r>
              <w:rPr>
                <w:rFonts w:ascii="Aptos" w:hAnsi="Aptos"/>
                <w:sz w:val="17"/>
              </w:rPr>
              <w:t>XX</w:t>
            </w:r>
          </w:p>
        </w:tc>
        <w:tc>
          <w:tcPr>
            <w:tcW w:type="dxa" w:w="2351"/>
          </w:tcPr>
          <w:p>
            <w:r>
              <w:rPr>
                <w:rFonts w:ascii="Aptos" w:hAnsi="Aptos"/>
                <w:sz w:val="17"/>
              </w:rPr>
              <w:t>XX%</w:t>
            </w:r>
          </w:p>
        </w:tc>
      </w:tr>
      <w:tr>
        <w:tc>
          <w:tcPr>
            <w:tcW w:type="dxa" w:w="2351"/>
            <w:shd w:fill="F6F9FA"/>
          </w:tcPr>
          <w:p>
            <w:r>
              <w:rPr>
                <w:rFonts w:ascii="Aptos" w:hAnsi="Aptos"/>
                <w:sz w:val="17"/>
              </w:rPr>
              <w:t>[Characteristic]</w:t>
            </w:r>
          </w:p>
        </w:tc>
        <w:tc>
          <w:tcPr>
            <w:tcW w:type="dxa" w:w="2351"/>
            <w:shd w:fill="F6F9FA"/>
          </w:tcPr>
          <w:p>
            <w:r>
              <w:rPr>
                <w:rFonts w:ascii="Aptos" w:hAnsi="Aptos"/>
                <w:sz w:val="17"/>
              </w:rPr>
              <w:t>[Category]</w:t>
            </w:r>
          </w:p>
        </w:tc>
        <w:tc>
          <w:tcPr>
            <w:tcW w:type="dxa" w:w="2351"/>
            <w:shd w:fill="F6F9FA"/>
          </w:tcPr>
          <w:p>
            <w:r>
              <w:rPr>
                <w:rFonts w:ascii="Aptos" w:hAnsi="Aptos"/>
                <w:sz w:val="17"/>
              </w:rPr>
              <w:t>XX</w:t>
            </w:r>
          </w:p>
        </w:tc>
        <w:tc>
          <w:tcPr>
            <w:tcW w:type="dxa" w:w="2351"/>
            <w:shd w:fill="F6F9FA"/>
          </w:tcPr>
          <w:p>
            <w:r>
              <w:rPr>
                <w:rFonts w:ascii="Aptos" w:hAnsi="Aptos"/>
                <w:sz w:val="17"/>
              </w:rPr>
              <w:t>XX%</w:t>
            </w:r>
          </w:p>
        </w:tc>
      </w:tr>
    </w:tbl>
    <w:p>
      <w:r>
        <w:rPr>
          <w:rFonts w:ascii="Times New Roman" w:hAnsi="Times New Roman"/>
          <w:b w:val="0"/>
          <w:sz w:val="22"/>
        </w:rPr>
        <w:t>Source: Author's analysis.</w:t>
      </w:r>
    </w:p>
    <w:p>
      <w:pPr>
        <w:pStyle w:val="Heading2"/>
      </w:pPr>
      <w:r>
        <w:t>5.2 Descriptive Statistics</w:t>
      </w:r>
    </w:p>
    <w:p>
      <w:r>
        <w:rPr>
          <w:rFonts w:ascii="Times New Roman" w:hAnsi="Times New Roman"/>
          <w:b w:val="0"/>
          <w:sz w:val="22"/>
        </w:rPr>
        <w:t>Table 2. Descriptive Statistics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Construct</w:t>
            </w:r>
          </w:p>
        </w:tc>
        <w:tc>
          <w:tcPr>
            <w:tcW w:type="dxa" w:w="188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</w:t>
            </w:r>
          </w:p>
        </w:tc>
        <w:tc>
          <w:tcPr>
            <w:tcW w:type="dxa" w:w="188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SD</w:t>
            </w:r>
          </w:p>
        </w:tc>
        <w:tc>
          <w:tcPr>
            <w:tcW w:type="dxa" w:w="188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Min</w:t>
            </w:r>
          </w:p>
        </w:tc>
        <w:tc>
          <w:tcPr>
            <w:tcW w:type="dxa" w:w="1881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Max</w:t>
            </w:r>
          </w:p>
        </w:tc>
      </w:tr>
      <w:tr>
        <w:tc>
          <w:tcPr>
            <w:tcW w:type="dxa" w:w="1881"/>
          </w:tcPr>
          <w:p>
            <w:r>
              <w:rPr>
                <w:rFonts w:ascii="Aptos" w:hAnsi="Aptos"/>
                <w:sz w:val="17"/>
              </w:rPr>
              <w:t>[Construct 1]</w:t>
            </w:r>
          </w:p>
        </w:tc>
        <w:tc>
          <w:tcPr>
            <w:tcW w:type="dxa" w:w="1881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</w:tr>
      <w:tr>
        <w:tc>
          <w:tcPr>
            <w:tcW w:type="dxa" w:w="1881"/>
            <w:shd w:fill="F6F9FA"/>
          </w:tcPr>
          <w:p>
            <w:r>
              <w:rPr>
                <w:rFonts w:ascii="Aptos" w:hAnsi="Aptos"/>
                <w:sz w:val="17"/>
              </w:rPr>
              <w:t>[Construct 2]</w:t>
            </w:r>
          </w:p>
        </w:tc>
        <w:tc>
          <w:tcPr>
            <w:tcW w:type="dxa" w:w="1881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881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</w:tr>
    </w:tbl>
    <w:p>
      <w:pPr>
        <w:pStyle w:val="Heading2"/>
      </w:pPr>
      <w:r>
        <w:t>5.3 Measurement Model / Validity and Reliability</w:t>
      </w:r>
    </w:p>
    <w:p>
      <w:r>
        <w:rPr>
          <w:rFonts w:ascii="Times New Roman" w:hAnsi="Times New Roman"/>
          <w:b w:val="0"/>
          <w:sz w:val="22"/>
        </w:rPr>
        <w:t>Report appropriate evidence such as factor loadings, Cronbach's alpha, composite reliability, AVE, discriminant validity, HTMT, CFA, or equivalent measures.</w:t>
      </w:r>
    </w:p>
    <w:p>
      <w:pPr>
        <w:pStyle w:val="Heading2"/>
      </w:pPr>
      <w:r>
        <w:t>5.4 Hypothesis Testing</w:t>
      </w:r>
    </w:p>
    <w:p>
      <w:r>
        <w:rPr>
          <w:rFonts w:ascii="Times New Roman" w:hAnsi="Times New Roman"/>
          <w:b w:val="0"/>
          <w:sz w:val="22"/>
        </w:rPr>
        <w:t>Table 3. Hypothesis Testing Results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  <w:top w:val="single" w:sz="5" w:color="D9E7EA"/>
          <w:left w:val="single" w:sz="5" w:color="D9E7EA"/>
          <w:bottom w:val="single" w:sz="5" w:color="D9E7EA"/>
          <w:right w:val="single" w:sz="5" w:color="D9E7EA"/>
          <w:insideH w:val="single" w:sz="5" w:color="D9E7EA"/>
          <w:insideV w:val="single" w:sz="5" w:color="D9E7EA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Hypothesis</w:t>
            </w:r>
          </w:p>
        </w:tc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Relationship</w:t>
            </w:r>
          </w:p>
        </w:tc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β</w:t>
            </w:r>
          </w:p>
        </w:tc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t-value</w:t>
            </w:r>
          </w:p>
        </w:tc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p-value</w:t>
            </w:r>
          </w:p>
        </w:tc>
        <w:tc>
          <w:tcPr>
            <w:tcW w:type="dxa" w:w="1568"/>
            <w:shd w:fill="17365D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Decision</w:t>
            </w:r>
          </w:p>
        </w:tc>
      </w:tr>
      <w:tr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H1</w:t>
            </w:r>
          </w:p>
        </w:tc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X → Y</w:t>
            </w:r>
          </w:p>
        </w:tc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X.XXX</w:t>
            </w:r>
          </w:p>
        </w:tc>
        <w:tc>
          <w:tcPr>
            <w:tcW w:type="dxa" w:w="1568"/>
          </w:tcPr>
          <w:p>
            <w:r>
              <w:rPr>
                <w:rFonts w:ascii="Aptos" w:hAnsi="Aptos"/>
                <w:sz w:val="17"/>
              </w:rPr>
              <w:t>Supported</w:t>
            </w:r>
          </w:p>
        </w:tc>
      </w:tr>
      <w:tr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H2</w:t>
            </w:r>
          </w:p>
        </w:tc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X → Z</w:t>
            </w:r>
          </w:p>
        </w:tc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X.XX</w:t>
            </w:r>
          </w:p>
        </w:tc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X.XXX</w:t>
            </w:r>
          </w:p>
        </w:tc>
        <w:tc>
          <w:tcPr>
            <w:tcW w:type="dxa" w:w="1568"/>
            <w:shd w:fill="F6F9FA"/>
          </w:tcPr>
          <w:p>
            <w:r>
              <w:rPr>
                <w:rFonts w:ascii="Aptos" w:hAnsi="Aptos"/>
                <w:sz w:val="17"/>
              </w:rPr>
              <w:t>Supported/Not supported</w:t>
            </w:r>
          </w:p>
        </w:tc>
      </w:tr>
    </w:tbl>
    <w:p>
      <w:pPr>
        <w:pStyle w:val="Heading2"/>
      </w:pPr>
      <w:r>
        <w:t>5.5 Additional / Robustness Analysis</w:t>
      </w:r>
    </w:p>
    <w:p>
      <w:r>
        <w:rPr>
          <w:rFonts w:ascii="Times New Roman" w:hAnsi="Times New Roman"/>
          <w:b w:val="0"/>
          <w:sz w:val="22"/>
        </w:rPr>
        <w:t>Where applicable, report robustness tests, alternative specifications, common method bias, endogeneity, multi-group analysis, sensitivity analysis, or predictive assessment.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D9E7EA"/>
          <w:left w:val="single" w:sz="8" w:color="D9E7EA"/>
          <w:bottom w:val="single" w:sz="8" w:color="D9E7EA"/>
          <w:right w:val="single" w:sz="8" w:color="D9E7EA"/>
          <w:insideH w:val="single" w:sz="8" w:color="D9E7EA"/>
          <w:insideV w:val="single" w:sz="8" w:color="D9E7EA"/>
        </w:tblBorders>
      </w:tblPr>
      <w:tblGrid>
        <w:gridCol w:w="9746"/>
      </w:tblGrid>
      <w:tr>
        <w:tc>
          <w:tcPr>
            <w:tcW w:type="dxa" w:w="9746"/>
            <w:vAlign w:val="center"/>
            <w:shd w:fill="F6F9FA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5B6573"/>
                <w:sz w:val="18"/>
              </w:rPr>
              <w:t>FIGURE PLACEHOLDER</w:t>
              <w:br/>
              <w:t>Insert high-resolution figure here (minimum 300 dpi)</w:t>
              <w:br/>
              <w:t>Recommended: PNG, TIFF, or vector format.</w:t>
            </w:r>
          </w:p>
        </w:tc>
      </w:tr>
    </w:tbl>
    <w:p>
      <w:pPr>
        <w:pStyle w:val="FigureCaption"/>
      </w:pPr>
      <w:r>
        <w:t>Figure 1. [Descriptive figure title].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6. DISCUSSION</w:t>
      </w:r>
    </w:p>
    <w:p>
      <w:r>
        <w:rPr>
          <w:rFonts w:ascii="Times New Roman" w:hAnsi="Times New Roman"/>
          <w:b w:val="0"/>
          <w:sz w:val="22"/>
        </w:rPr>
        <w:t>Interpret the findings rather than repeat the Results. Explain what was found, why it occurred, how it relates to theory and prior studies, and what new insight it provides.</w:t>
      </w:r>
    </w:p>
    <w:p>
      <w:pPr>
        <w:pStyle w:val="Heading1"/>
      </w:pPr>
      <w:r>
        <w:t>6.1 Theoretical Contribution</w:t>
      </w:r>
    </w:p>
    <w:p>
      <w:r>
        <w:rPr>
          <w:rFonts w:ascii="Times New Roman" w:hAnsi="Times New Roman"/>
          <w:b w:val="0"/>
          <w:sz w:val="22"/>
        </w:rPr>
        <w:t>Explain how findings extend, refine, challenge, or apply existing theory.</w:t>
      </w:r>
    </w:p>
    <w:p>
      <w:pPr>
        <w:pStyle w:val="Heading1"/>
      </w:pPr>
      <w:r>
        <w:t>6.2 Comparison with Previous Research</w:t>
      </w:r>
    </w:p>
    <w:p>
      <w:r>
        <w:rPr>
          <w:rFonts w:ascii="Times New Roman" w:hAnsi="Times New Roman"/>
          <w:b w:val="0"/>
          <w:sz w:val="22"/>
        </w:rPr>
        <w:t>Compare major findings with relevant prior studies and explain similarities/differences.</w:t>
      </w:r>
    </w:p>
    <w:p>
      <w:pPr>
        <w:pStyle w:val="Heading1"/>
      </w:pPr>
      <w:r>
        <w:t>6.3 Practical Contribution</w:t>
      </w:r>
    </w:p>
    <w:p>
      <w:r>
        <w:rPr>
          <w:rFonts w:ascii="Times New Roman" w:hAnsi="Times New Roman"/>
          <w:b w:val="0"/>
          <w:sz w:val="22"/>
        </w:rPr>
        <w:t>Explain actionable implications for managers, entrepreneurs, organizations, policymakers, or other stakeholders.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7. CONCLUSION</w:t>
      </w:r>
    </w:p>
    <w:p>
      <w:r>
        <w:rPr>
          <w:rFonts w:ascii="Times New Roman" w:hAnsi="Times New Roman"/>
          <w:b w:val="0"/>
          <w:sz w:val="22"/>
        </w:rPr>
        <w:t>Synthesize the research objective, principal findings, theoretical contribution, practical relevance, and broader significance.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8. IMPLICATIONS</w:t>
      </w:r>
    </w:p>
    <w:p>
      <w:r>
        <w:rPr>
          <w:rFonts w:ascii="Times New Roman" w:hAnsi="Times New Roman"/>
          <w:b w:val="0"/>
          <w:sz w:val="22"/>
        </w:rPr>
        <w:t>State theoretical, managerial/practical, and where relevant policy implications.</w:t>
      </w:r>
    </w:p>
    <w:p>
      <w:pPr>
        <w:pStyle w:val="Heading1"/>
      </w:pPr>
      <w:r>
        <w:t>8.1 Theoretical Implications</w:t>
      </w:r>
    </w:p>
    <w:p>
      <w:r>
        <w:rPr>
          <w:rFonts w:ascii="Times New Roman" w:hAnsi="Times New Roman"/>
          <w:b w:val="0"/>
          <w:sz w:val="22"/>
        </w:rPr>
        <w:t>Explain contribution to theory development or refinement.</w:t>
      </w:r>
    </w:p>
    <w:p>
      <w:pPr>
        <w:pStyle w:val="Heading1"/>
      </w:pPr>
      <w:r>
        <w:t>8.2 Managerial / Practical Implications</w:t>
      </w:r>
    </w:p>
    <w:p>
      <w:r>
        <w:rPr>
          <w:rFonts w:ascii="Times New Roman" w:hAnsi="Times New Roman"/>
          <w:b w:val="0"/>
          <w:sz w:val="22"/>
        </w:rPr>
        <w:t>Provide specific, evidence-based recommendations.</w:t>
      </w:r>
    </w:p>
    <w:p>
      <w:pPr>
        <w:pStyle w:val="Heading1"/>
      </w:pPr>
      <w:r>
        <w:t>8.3 Policy Implications</w:t>
      </w:r>
    </w:p>
    <w:p>
      <w:r>
        <w:rPr>
          <w:rFonts w:ascii="Times New Roman" w:hAnsi="Times New Roman"/>
          <w:b w:val="0"/>
          <w:sz w:val="22"/>
        </w:rPr>
        <w:t>Where applicable, explain implications for government, regulators, development agencies, or public policy.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9. LIMITATIONS AND FUTURE RESEARCH</w:t>
      </w:r>
    </w:p>
    <w:p>
      <w:r>
        <w:rPr>
          <w:rFonts w:ascii="Times New Roman" w:hAnsi="Times New Roman"/>
          <w:b w:val="0"/>
          <w:sz w:val="22"/>
        </w:rPr>
        <w:t>Acknowledge substantive limitations and provide specific future research directions that logically follow from the findings.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10. FUNDING</w:t>
      </w:r>
    </w:p>
    <w:p>
      <w:r>
        <w:rPr>
          <w:rFonts w:ascii="Times New Roman" w:hAnsi="Times New Roman"/>
          <w:b w:val="0"/>
          <w:i/>
          <w:color w:val="5B6573"/>
          <w:sz w:val="22"/>
        </w:rPr>
        <w:t>Funding: This research received no external funding.</w:t>
        <w:br/>
        <w:t>OR</w:t>
        <w:br/>
        <w:t>This research was funded by [Funding Agency], Grant Number [XXXX].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11. CONFLICT OF INTEREST</w:t>
      </w:r>
    </w:p>
    <w:p>
      <w:r>
        <w:rPr>
          <w:rFonts w:ascii="Times New Roman" w:hAnsi="Times New Roman"/>
          <w:b w:val="0"/>
          <w:sz w:val="22"/>
        </w:rPr>
        <w:t>Conflict of Interest: The authors declare that they have no conflict of interest.</w:t>
        <w:br/>
        <w:t>OR provide details.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12. DATA AVAILABILITY</w:t>
      </w:r>
    </w:p>
    <w:p>
      <w:r>
        <w:rPr>
          <w:rFonts w:ascii="Times New Roman" w:hAnsi="Times New Roman"/>
          <w:b w:val="0"/>
          <w:sz w:val="22"/>
        </w:rPr>
        <w:t>State whether data are available upon reasonable request, in a repository, or why data sharing is not applicable.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13. AUTHOR CONTRIBUTIONS</w:t>
      </w:r>
    </w:p>
    <w:p>
      <w:r>
        <w:rPr>
          <w:rFonts w:ascii="Times New Roman" w:hAnsi="Times New Roman"/>
          <w:b w:val="0"/>
          <w:sz w:val="22"/>
        </w:rPr>
        <w:t>Use the CRediT taxonomy (e.g., Conceptualization; Methodology; Data Curation; Formal Analysis; Writing – Original Draft; Writing – Review &amp; Editing; Supervision; Funding Acquisition).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14. ETHICS STATEMENT</w:t>
      </w:r>
    </w:p>
    <w:p>
      <w:r>
        <w:rPr>
          <w:rFonts w:ascii="Times New Roman" w:hAnsi="Times New Roman"/>
          <w:b w:val="0"/>
          <w:sz w:val="22"/>
        </w:rPr>
        <w:t>Where applicable, provide ethics approval and informed-consent information. If not applicable, explain why.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15. GENERATIVE AI DISCLOSURE</w:t>
      </w:r>
    </w:p>
    <w:p>
      <w:r>
        <w:rPr>
          <w:rFonts w:ascii="Times New Roman" w:hAnsi="Times New Roman"/>
          <w:b w:val="0"/>
          <w:sz w:val="22"/>
        </w:rPr>
        <w:t>Disclose substantive use of generative AI or AI-assisted tools. Authors remain responsible for the accuracy and integrity of the manuscript.</w:t>
      </w:r>
    </w:p>
    <w:p>
      <w:pPr>
        <w:pStyle w:val="Heading2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16. REFERENCES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167D8D"/>
          <w:left w:val="single" w:sz="6" w:color="167D8D"/>
          <w:bottom w:val="single" w:sz="6" w:color="167D8D"/>
          <w:right w:val="single" w:sz="6" w:color="167D8D"/>
          <w:insideH w:val="single" w:sz="6" w:color="167D8D"/>
          <w:insideV w:val="single" w:sz="6" w:color="167D8D"/>
        </w:tblBorders>
      </w:tblPr>
      <w:tblGrid>
        <w:gridCol w:w="9746"/>
      </w:tblGrid>
      <w:tr>
        <w:tc>
          <w:tcPr>
            <w:tcW w:type="dxa" w:w="9746"/>
            <w:vAlign w:val="center"/>
            <w:shd w:fill="EAF2F4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7365D"/>
                <w:sz w:val="17"/>
              </w:rPr>
              <w:t>REFERENCE STYLE • APA 7th Edition</w:t>
              <w:br/>
              <w:t>Use hanging indentation (1.27 cm). Include DOI as a clickable https://doi.org/... link whenever available. Verify every reference against the cited source.</w:t>
            </w:r>
          </w:p>
        </w:tc>
      </w:tr>
    </w:tbl>
    <w:p>
      <w:r>
        <w:rPr>
          <w:rFonts w:ascii="Times New Roman" w:hAnsi="Times New Roman"/>
          <w:b w:val="0"/>
          <w:sz w:val="22"/>
        </w:rPr>
        <w:t>Use APA 7th Edition. Prioritize recent, high-quality, peer-reviewed international sources and include DOI links whenever available.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ARTICLE PREPARATION CHECKLIST</w:t>
      </w:r>
    </w:p>
    <w:p>
      <w:r>
        <w:rPr>
          <w:rFonts w:ascii="Times New Roman" w:hAnsi="Times New Roman"/>
          <w:b w:val="0"/>
          <w:sz w:val="22"/>
        </w:rPr>
        <w:t>☐ The manuscript is written in English.</w:t>
      </w:r>
    </w:p>
    <w:p>
      <w:r>
        <w:rPr>
          <w:rFonts w:ascii="Times New Roman" w:hAnsi="Times New Roman"/>
          <w:b w:val="0"/>
          <w:sz w:val="22"/>
        </w:rPr>
        <w:t>☐ The title is concise and informative.</w:t>
      </w:r>
    </w:p>
    <w:p>
      <w:r>
        <w:rPr>
          <w:rFonts w:ascii="Times New Roman" w:hAnsi="Times New Roman"/>
          <w:b w:val="0"/>
          <w:sz w:val="22"/>
        </w:rPr>
        <w:t>☐ The abstract contains Purpose, Design/methodology/approach, Findings, and Originality/value.</w:t>
      </w:r>
    </w:p>
    <w:p>
      <w:r>
        <w:rPr>
          <w:rFonts w:ascii="Times New Roman" w:hAnsi="Times New Roman"/>
          <w:b w:val="0"/>
          <w:sz w:val="22"/>
        </w:rPr>
        <w:t>☐ The research gap and contribution are explicit.</w:t>
      </w:r>
    </w:p>
    <w:p>
      <w:r>
        <w:rPr>
          <w:rFonts w:ascii="Times New Roman" w:hAnsi="Times New Roman"/>
          <w:b w:val="0"/>
          <w:sz w:val="22"/>
        </w:rPr>
        <w:t>☐ Theoretical foundations and hypotheses/propositions are justified.</w:t>
      </w:r>
    </w:p>
    <w:p>
      <w:r>
        <w:rPr>
          <w:rFonts w:ascii="Times New Roman" w:hAnsi="Times New Roman"/>
          <w:b w:val="0"/>
          <w:sz w:val="22"/>
        </w:rPr>
        <w:t>☐ Methodology is sufficiently described.</w:t>
      </w:r>
    </w:p>
    <w:p>
      <w:r>
        <w:rPr>
          <w:rFonts w:ascii="Times New Roman" w:hAnsi="Times New Roman"/>
          <w:b w:val="0"/>
          <w:sz w:val="22"/>
        </w:rPr>
        <w:t>☐ Validity/reliability are reported where applicable.</w:t>
      </w:r>
    </w:p>
    <w:p>
      <w:r>
        <w:rPr>
          <w:rFonts w:ascii="Times New Roman" w:hAnsi="Times New Roman"/>
          <w:b w:val="0"/>
          <w:sz w:val="22"/>
        </w:rPr>
        <w:t>☐ Results and discussion are clearly distinguished.</w:t>
      </w:r>
    </w:p>
    <w:p>
      <w:r>
        <w:rPr>
          <w:rFonts w:ascii="Times New Roman" w:hAnsi="Times New Roman"/>
          <w:b w:val="0"/>
          <w:sz w:val="22"/>
        </w:rPr>
        <w:t>☐ Funding, conflict of interest, data availability, author contributions, ethics, and AI disclosure are included.</w:t>
      </w:r>
    </w:p>
    <w:p>
      <w:r>
        <w:rPr>
          <w:rFonts w:ascii="Times New Roman" w:hAnsi="Times New Roman"/>
          <w:b w:val="0"/>
          <w:sz w:val="22"/>
        </w:rPr>
        <w:t>☐ References follow APA 7th Edition and DOI information is provided where available.</w:t>
      </w:r>
    </w:p>
    <w:p>
      <w:r>
        <w:rPr>
          <w:rFonts w:ascii="Times New Roman" w:hAnsi="Times New Roman"/>
          <w:b w:val="0"/>
          <w:sz w:val="22"/>
        </w:rPr>
        <w:t>☐ The manuscript follows J-MESA formatting requirements.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J-MESA FORMATTING REQUIREMENTS</w:t>
      </w:r>
    </w:p>
    <w:p>
      <w:r>
        <w:rPr>
          <w:b/>
        </w:rPr>
        <w:t xml:space="preserve">File format: </w:t>
      </w:r>
      <w:r>
        <w:t>Microsoft Word (.docx)</w:t>
      </w:r>
    </w:p>
    <w:p>
      <w:r>
        <w:rPr>
          <w:b/>
        </w:rPr>
        <w:t xml:space="preserve">Paper size: </w:t>
      </w:r>
      <w:r>
        <w:t>A4</w:t>
      </w:r>
    </w:p>
    <w:p>
      <w:r>
        <w:rPr>
          <w:b/>
        </w:rPr>
        <w:t xml:space="preserve">Font: </w:t>
      </w:r>
      <w:r>
        <w:t>Times New Roman</w:t>
      </w:r>
    </w:p>
    <w:p>
      <w:r>
        <w:rPr>
          <w:b/>
        </w:rPr>
        <w:t xml:space="preserve">Main text: </w:t>
      </w:r>
      <w:r>
        <w:t>11 pt</w:t>
      </w:r>
    </w:p>
    <w:p>
      <w:r>
        <w:rPr>
          <w:b/>
        </w:rPr>
        <w:t xml:space="preserve">Line spacing: </w:t>
      </w:r>
      <w:r>
        <w:t>1.15</w:t>
      </w:r>
    </w:p>
    <w:p>
      <w:r>
        <w:rPr>
          <w:b/>
        </w:rPr>
        <w:t xml:space="preserve">Paragraph spacing: </w:t>
      </w:r>
      <w:r>
        <w:t>6 pt after</w:t>
      </w:r>
    </w:p>
    <w:p>
      <w:r>
        <w:rPr>
          <w:b/>
        </w:rPr>
        <w:t xml:space="preserve">Margins: </w:t>
      </w:r>
      <w:r>
        <w:t>2.5 cm on all sides</w:t>
      </w:r>
    </w:p>
    <w:p>
      <w:r>
        <w:rPr>
          <w:b/>
        </w:rPr>
        <w:t xml:space="preserve">Alignment: </w:t>
      </w:r>
      <w:r>
        <w:t>Justified</w:t>
      </w:r>
    </w:p>
    <w:p>
      <w:r>
        <w:rPr>
          <w:b/>
        </w:rPr>
        <w:t xml:space="preserve">First-line indentation: </w:t>
      </w:r>
      <w:r>
        <w:t>0.5 cm</w:t>
      </w:r>
    </w:p>
    <w:p>
      <w:r>
        <w:rPr>
          <w:b/>
        </w:rPr>
        <w:t xml:space="preserve">Citation style: </w:t>
      </w:r>
      <w:r>
        <w:t>APA 7th Edition</w:t>
      </w:r>
    </w:p>
    <w:p>
      <w:r>
        <w:rPr>
          <w:b/>
        </w:rPr>
        <w:t xml:space="preserve">Recommended manuscript length: </w:t>
      </w:r>
      <w:r>
        <w:t>6,000–8,000 words, excluding references and supplementary material</w:t>
      </w:r>
    </w:p>
    <w:p>
      <w:r>
        <w:rPr>
          <w:b/>
        </w:rPr>
        <w:t xml:space="preserve">Recommended references: </w:t>
      </w:r>
      <w:r>
        <w:t>At least 30 for empirical research articles; prioritize recent international peer-reviewed sources</w:t>
      </w:r>
    </w:p>
    <w:p>
      <w:r>
        <w:rPr>
          <w:b/>
        </w:rPr>
        <w:t xml:space="preserve">Figures: </w:t>
      </w:r>
      <w:r>
        <w:t>Minimum 300 dpi</w:t>
      </w:r>
    </w:p>
    <w:p>
      <w:r>
        <w:rPr>
          <w:b/>
        </w:rPr>
        <w:t xml:space="preserve">Tables: </w:t>
      </w:r>
      <w:r>
        <w:t>Editable tables, not images</w:t>
      </w:r>
    </w:p>
    <w:p>
      <w:pPr>
        <w:pStyle w:val="Heading1"/>
        <w:spacing w:before="240" w:after="100"/>
        <w:shd w:fill="EAF2F4"/>
        <w:pBdr>
          <w:left w:val="single" w:sz="20" w:color="167D8D"/>
        </w:pBdr>
        <w:shd w:fill="EAF2F4"/>
        <w:pBdr>
          <w:left w:val="single" w:sz="20" w:color="167D8D"/>
        </w:pBdr>
      </w:pPr>
      <w:r>
        <w:rPr>
          <w:rFonts w:ascii="Aptos" w:hAnsi="Aptos"/>
          <w:b/>
          <w:color w:val="17365D"/>
        </w:rPr>
        <w:t>ARTICLE TYPES</w:t>
      </w:r>
    </w:p>
    <w:p>
      <w:r>
        <w:rPr>
          <w:rFonts w:ascii="Times New Roman" w:hAnsi="Times New Roman"/>
          <w:b w:val="0"/>
          <w:sz w:val="22"/>
        </w:rPr>
        <w:t>J-MESA accepts Original Research Articles, Review Articles, Conceptual/Theoretical Articles, Research Notes, and Special Issue Articles. All submissions are subject to editorial screening and peer review.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573"/>
        <w:sz w:val="16"/>
      </w:rPr>
      <w:t xml:space="preserve">J-MESA • Journal of Management, Entrepreneurship and Social Advancement •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Borders>
        <w:top w:val="single" w:sz="8" w:color="167D8D"/>
        <w:left w:val="single" w:sz="8" w:color="167D8D"/>
        <w:bottom w:val="single" w:sz="8" w:color="167D8D"/>
        <w:right w:val="single" w:sz="8" w:color="167D8D"/>
        <w:insideH w:val="single" w:sz="8" w:color="167D8D"/>
        <w:insideV w:val="single" w:sz="8" w:color="167D8D"/>
      </w:tblBorders>
    </w:tblPr>
    <w:tblGrid>
      <w:gridCol w:w="4762"/>
      <w:gridCol w:w="4762"/>
    </w:tblGrid>
    <w:tr>
      <w:tc>
        <w:tcPr>
          <w:tcW w:type="dxa" w:w="4762"/>
          <w:vAlign w:val="center"/>
        </w:tcPr>
        <w:p>
          <w:pPr>
            <w:jc w:val="left"/>
          </w:pPr>
          <w:r/>
          <w:r>
            <w:rPr>
              <w:rFonts w:ascii="Aptos" w:hAnsi="Aptos"/>
              <w:b/>
              <w:color w:val="17365D"/>
              <w:sz w:val="16"/>
            </w:rPr>
            <w:t>J-MESA | RUNNING TITLE: [SHORT ARTICLE TITLE]</w:t>
          </w:r>
        </w:p>
      </w:tc>
      <w:tc>
        <w:tcPr>
          <w:tcW w:type="dxa" w:w="4762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167D8D"/>
              <w:sz w:val="16"/>
            </w:rPr>
            <w:t>J-MESA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7D8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5B657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ptos" w:hAnsi="Aptos"/>
      <w:b/>
      <w:color w:val="17365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rPr>
      <w:rFonts w:ascii="Aptos" w:hAnsi="Aptos"/>
      <w:b/>
      <w:color w:val="17365D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